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מהי זכות ומהי אחריות ולהבין את הקשר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דוגמאות לזכויות ילדים מהחיים היומיומיים ומבית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כבוד ואחריות כלפי אחרים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 וילדה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20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לכל זכות יש גם אחריות שקשורה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הזכות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להגן על זכויות ילדים בכל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הזכויות המרכזיות של ילדים בכל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פרטיות היא הזכות לשמור על מידע אישי, לא איסור על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אחריות היא לדאוג שגם לאחרים תהיה הזכות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האמנה היא מסמך עולמי שמגן על ילדים בכל המדינות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להביע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זכות ואחריות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(האחריות לא להפריע למשחק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(האחריות להקשיב בשיעור ולשתף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(האחריות לכבד דעות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(האחריות לנהוג בכבוד כלפי כל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(האחריות לא לפגוע באף אחד)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הכנה ליום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6-8 זכויות מתאימות לגיל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כרטיסים ותמונות של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לקיים את הפעילות ביום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לשים לב לרגישות ולוודא שיש מבוגר זמין לשיחה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לתלות את התוצרים ולחזור לזכויות בשיחות 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זכות ברור ונימוק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קונקרטית שמראה חיבור בין זכות לאחריות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- מגיעה לכל ילד, אחריות - תפקיד לדאוג גם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כמו זכות לבית, אוכל, משחק, לימוד או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שכולם יוכלו ליהנות מהזכויות שלהם בלי לפגוע באחרים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הדף כדאי להזכיר שהשיח הוא כללי ולא אישי - לא לבקש מתלמידים לשתף פגיעה בזכויותיהם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חלק ההתאמה לעבודה בזוגות כדי לעודד דיון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בכרטיס יציאה ולחזור לנקודות המרכזיות בשיחת 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הזה מספר על זכויות של ילדים. לכל ילד מגיעות זכויות, וגם אחריות לדאוג שגם לאחרים יהיה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וילדה, כמו בית ספר או 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התפקיד שלנו לדאוג שגם לאחרים תהיה הזכות הזו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להתייחס לכל אחד בצורה טובה והוגנת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 בינלאומית לזכויות הילד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עולמי שמגן על זכויות כל ילד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התחושה שאני חלק מהקבוצה או מהכיתה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התחושה שאני מוגן ולא נפגע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לשמור על מידע אישי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המחשבה או העמדה שלי, שמגיע לי לבטא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'זכות'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 וילדה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שצריך לקנות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עונש על התנהגות רעה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חוגגים את יום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זכות ואחריות מתחברות?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 זכות יש גם אחריות שקשורה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שום קשר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מבוגרים צריכים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היא סוג של 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דוגמה לזכות אמיתית?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להעניש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להתעלם מחברים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לא ללכת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נועדה האמנה הבינלאומית?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על זכויות ילדים בכל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לקבוע חוקי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לארגן חופשות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ראש ממשלה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בעולם יש זכות ללמוד בבית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לפרטיות אומרת שאסור לילד לדבר עם 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בכיתה יכולה להיות לדאוג שלחברים תהיה זכות לשחק בשקט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האמנה הבינלאומית לזכויות הילד נכתבה רק עבור מדינה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יש זכות ל__________ (מקום לגור בו ולהרגיש בטוח)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זכות __________ אומרת שלכל ילד מגיעה האפשרות לבטא את מה שהוא חושב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הבינלאומית לזכויות הילד נחתמה כדי להגן על ילדים בכל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יום זכויות הילד הבינלאומי חל בתאריך __________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לכל זכות יש גם __________ שקשורה אליה כלפי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זכות ואחריות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האחריות לנהוג בכבוד כלפי כל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האחריות לא להפריע למשחק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לבטא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האחריות לא לפגוע באף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האחריות להקשיב בשיעור ולשתף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האחריות לכבד דעות של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הכנה ליום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לרגישות ולוודא שיש מבוגר זמין לשיחה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6-8 זכויות מתאימות לגיל 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לתלות את התוצרים ולחזור לזכויות בשיחות 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כרטיסים ותמונות של זכויות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לקיים את הפעילות ביום עצמו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על זכות אחת שחשובה לכם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שמרתם על זכות של חבר או חברה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זכות ומהי אחריות - מה ההבדל?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לזכות של ילד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זכות תהיה גם 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