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מהי זכות ומהי אחריות ולהבין את הקשר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לזכויות ילדים מהחיים היומיומיים ומבית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כבוד ואחריות כלפי אחרים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לכל זכות יש גם אחריות שקשורה 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הזכויות המרכזיות של ילדים בכל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אחריות היא לדאוג שגם לאחרים תהיה הזכות 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זכות ואחריות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(האחריות לא להפריע למשחק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(האחריות להקשיב בשיעור ולשתף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(האחריות לנהוג בכבוד כלפי כל אחד)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הכנה ליום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6-8 זכויות מתאימות לגיל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כרטיסים ותמונות של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לקיים את הפעילות ביום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לשים לב לרגישות ולוודא שיש מבוגר זמין לשיחה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זכות ברור ונימוק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- מגיעה לכל ילד, אחריות - תפקיד לדאוג גם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כמו זכות לבית, אוכל, משחק, לימוד או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יוכלו ליהנות מהזכויות שלהם בלי לפגוע באחרים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 כדאי להזכיר שהשיח הוא כללי ולא אישי - לא לבקש מתלמידים לשתף פגיעה בזכויותיהם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חלק ההתאמה לעבודה בזוגות כדי לעודד 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בכרטיס יציאה ולחזור לנקודות המרכזיות בשיחת 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יום זכויות הילד מזכיר לנו שלכל ילד וילדה בעולם מגיעות זכויות, ושלכל זכות יש גם אחריות שקשורה אליה כלפי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בית  ·  אחריות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'זכות'?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שמגיע לכל ילד וילדה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שצריך לקנות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הקשר בין זכות לאחריות?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לכל זכות יש גם אחריות שקשורה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שום קשר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מבוגרים צריכים אחריות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בעולם יש זכות ללמוד בבית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אחריות בכיתה יכולה להיות לדאוג שלחברים תהיה זכות לשחק בשקט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ילד יש זכות ל__________ (מקום לגור בו ולהרגיש בטוח)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לכל זכות יש גם __________ שקשורה אליה כלפי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זכות ואחריות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האחריות לנהוג בכבוד כלפי כל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האחריות לא להפריע למשחק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האחריות להקשיב בשיעור ולשתף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הכנה ליום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כרטיסים ותמונות של זכויות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לקיים את הפעילות ביום עצמו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לב לרגישות ולוודא שיש מבוגר זמין לשיחה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6-8 זכויות מתאימות לגיל 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 על זכות אחת שחשובה לכם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זכות ומהי אחריות - מה ההבדל?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לזכות של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